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COLLABORATIVE DEMAND &amp; SUPPLY PLANNING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COLLABORATIVE DEMAND &amp; SUPPLY PLANNING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