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LYING PROCUREMENT EXPE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LYING PROCUREMENT EXPE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