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FLYING PROCUREMENT EXPERT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FLYING PROCUREMENT EXPERT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S03100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