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YING PROCUREMENT EXPE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YING PROCUREMENT EXPE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