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PROCUR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PROCUR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