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STRATEGIC PROCUREMENT MANAGER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STRATEGIC PROCUREMENT MANAGER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S03200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TBD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