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RATEGIC PROCUR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RATEGIC PROCUR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